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את סדר הפעולות הנכון: סוגריים, כפל וחילוק,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תרגילים מעורבים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סוגריים משנים את תוצאת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התוצאה?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קובע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הכלל בסדר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קודם כפל וחילוק, ורק אז חיבור וחיסור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הכלל כששתי הפעולות באותה 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משמאל לימין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תרגיל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התרגיל כולל סוגריים, כפל וחיבור, והפתרון מציג את שלבי החישוב הנכונים לפי הסדר.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שמסבירה שסדר שונה נותן תוצאה שונה, עם דוגמה הגיונית מהיומיום.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קודם מחשבים את מה שבתוך הסוגריים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קודם לחיבור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חלק הפאזל מהמשחק כהדגמה קבוצתית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בקול את סדר המילים: סוגריים, כפל וחילוק,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בתרגילים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פותרים תרגיל חשבון לפי סדר נכון: קודם סוגריים, אחר כך כפל וחילוק, ובסוף חיבור וחיסור.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הנכון לפתרון תרגיל עם כמה פעולות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סוגריים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שאומר מה מחשבים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הכפלת מספרים, הסימן 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חילוק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חלוקת מספרים, הסימן :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הוספת מספרים, הסימן +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הפחתת מספרים, הסימן 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משמאל לימין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הכיוון שבו פותרים פעולות מאותה רמה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התוצאה?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יוצא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יוצא בתרגיל עם הסוגריים?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יוצא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יוצא בתרגיל עם הסוגריים?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יוצא בתרגיל עם הסוגריים והכפל?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תמיד מחשבים קודם חיבור וחיסור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סוגריים מחושבים ראשונים לפני כל פעולה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כפל וחילוק קודמים לחיבור וחיסור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סוגריים, תמיד פותרים רק משמאל לימין בלי קשר לסוג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כפל וחילוק יחד באותו תרגיל, פותרים אותם משמאל לימין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5 + 3 × 2, קודם מחשבים את פעולת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לשנות את סדר הפעולות בתרגיל, משתמשים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בתרגיל (6−2) × 3, התוצאה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בתרגיל 18 : 3 + 2, התוצאה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יש בתרגיל גם כפל וגם חילוק, מבצעים אותם לפי הסדר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תרגיל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4 + 2 ×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(4+2) ×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20 − 4 :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(20−4) :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3 × (5−2)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תרגיל חשבוני משלכם עם סוגריים, כפל וחיבור, ופתרו אותו לפי סדר הפעולות הנכון.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לדעת את סדר הפעולות הנכון, ותנו דוגמה מהחיים שבה הסדר משנה את התוצאה.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מחשבים ראשון בתרגיל שיש בו סוגריים?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קודם, כפל או חיבור?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פתרו: 5 + 2 × 4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פעולות בחשבון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