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את סדר הפעולות הנכון: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תרגילים מעורבים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סוגריים משנים את תוצאת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התוצאה?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קובע סדר הפעולות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(9)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התרגיל כולל סוגריים, כפל וחיבור, והפתרון מציג את שלבי החישוב הנכונים לפי הסדר.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מחשבים את מה שבתוך הסוגריים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קודם לחיבור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חלק הפאזל מהמשחק כהדגמה קבוצתית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בקול את סדר המילים: סוגריים, כפל וחילוק,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בתרגילים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פעולות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סדר הפעולות בחשבון: קודם סוגריים, אחר כך כפל וחילוק, ולבסוף חיבור וחיסור משמאל לימין, בדיוק כמו בפאזל סדר הפעולות.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סוגריים  ·  כפל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התוצאה?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4 + 8 ×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10 − 2 × 3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תמיד מחשבים קודם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סוגריים מחושבים ראשונים לפני כל פעולה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בתרגיל 5 + 3 × 2, קודם מחשבים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לשנות את סדר הפעולות בתרגיל, משתמשים ב-__________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4 + 2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9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(4+2) ×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3 × (5−2)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תרגיל חשבוני משלכם עם סוגריים, כפל וחיבור, ופתרו אותו לפי סדר הפעולות הנכון.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מחשבים ראשון בתרגיל שיש בו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קודם, כפל או חיבור?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פעולות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